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جودة خدمات التأمين في تحقيق الميزة التنافسية : دراسة حالة الشركة الوطنية للتأمين SAA وكالة ميلة رقم 2673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بولحية فوزية/ دوفي قرمية (رئيسا) ,ركيمة فارس (مناقشا) ,هبول محمد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التأمين/ الميزة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