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السياسة النقدية في ضبط العرض النقدي في الجزائر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جبلي أحلام/ برني ميلود (رئيسا) ,لطيف وليد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النظام المصرفي/ العرض النقدي/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