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الحد من مخاطر الإئتمان المصرفي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بولصباع مريم/ ،زواري فرحات سليمان(رئيسا)، واضح فواز(مناقشا)، قرين ربيع(مشرفا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نظم المعلومات/ الإئتمان المصرفي/ بنك القرض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