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استقبال النظريات 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حفناوي بعلي/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9789957127435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نظرية الاستقبال/ الخطاب العربي المعاصر/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