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الصناعة في شعر الخمر والاسفار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