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ثار البلاد واخبار العبا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كي بن الحسن الدهم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68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ميس/ التاريخ/ المد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