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caractéristiques morphométriques des bassins versants par les systémes d'information géographique sig : cas bassin versant de mila .est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layadi nour elhouda/ M. Khelalfa Président,A.Kabour Examinateur,M. Koussa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érosion/ SIG/ mila/ Bassin versant de Beni Haroun/ Arcgis/ DEM/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