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et rehabilitation du systeme d'AEP de boukerrana chelghoum.laid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Sayoud Yasser/ L. KABOUR-CHEBBAH Présidente,S. BERRAHAL Examinateur,Z. CHEBBAH-ALLIA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dianostic/ réhabilitation systeme d'AEP/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