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gestion de system d'aep de la commune d'ain-tinn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bouizar besma/ A .BOUMESENEGH Président,M.KEBLOUTI Examinateur,Z. CHEBBAH-ALLIA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