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des données pluviométriques de la ville d'EL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SEDDIK nabila/ Benchaiba Laila présidente; Moussouni A Examinateur,Keblouti Mehdi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ajustement/ Pluie/ El taref/ Test d'adéquation/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