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réseau d'AEP de la commune de sidi merouane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Benabderrahmane Wiam/ BERAIL.S Président; KOUSSA.M Examinateur,KHELALFA.M Examinateur,KHELALFA.M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commune/ reseau d'AEP/ sidi merouane/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