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الانثوية في الادب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9789957709976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