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الانزياح التركيبي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ثيرداود/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