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سجام الصوتي في خطب نهج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فر عبيس الج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7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