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الانزياح التركيبي في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خضر ثيرداود/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ثقافية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9789957790943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