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des méthodes numériques dans un espace ultramétrique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kecita rima/ Kecies Mohamed encadreur,Kaouche Ismail Président ; Boudjerida Najet Examinateur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point fixe/ espace ultramétrique/ norme p-adique/ nombre p-adique/ méthode de newton/ ordre de convergence/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