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l'approximation par elements finis au lissage des trajectoires d'outils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Bouguebina saliha/ I.BOUFELGHA  Président ; M.LEDRA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matériaux métalliques/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