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régression linéaire dans les essais cliniques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Bahloul Ramla/ A.Zerari encadreur ,W.Fadal Président ,C.Sekhane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clinical trials/ linear regression/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