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 problème de tournée de véhicule à base d'une méta-heuristique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boulayoune selma/ A kimouche encadreur; A hadji présidant/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algorithme génétique/ vrp/ la recherche opérationnelle/ léoptimisation combinatoire/ l'hémodialyse/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