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de la fonction de régression en analyse de survie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brik kenza/ Mehazem Allal encadreur ,Boueden Rabah Président ,Elhadj Ali Thouria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estimation non paramétrique/ fonction de régression/ estimateur à noyou/ données censurées/ convergence presque sure/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