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حركية للحيوان في المعلقات الع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اد صالح الحي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8999577156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