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للانسان في المعلقاا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9789957715687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الطبيعة/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