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oiseaux urbains dans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djitani karima/ TAYAA Hakima Présidente; EL AFRI Ali Examinateur,BRAHMIA Hafid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oiseaux urbaine/ milieu/ columbidae/ passéridae/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