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 l'activité protéolitique de quelques souches de bactéries lactiques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azzem hadia/ BOUBENDIR Abdelhafid Président,RABHI Nour El-Houda Examinatrice; HADEF Sawsen Promotrice,/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Bactéries lactiques/ activité protéolytique/ exoprotéase/ autolyse/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