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الشخصية في الفن القصصي والروائي عند سعدي المالح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سناء سلمان العبيدي/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9789957961657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القصص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