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الفعلية في كتاب سيبوية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عبد الله عجينة/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9786144028476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النحوي/ علم اللغة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