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nerium oleander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boudaa aicha/ Bouassaba K Présidente,Himour S Examinatrice,Yahia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 médicinales/ substances bioactives/ neruim oleander L/ apocynaceae/ screening phytochimiques/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