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الفهرسة المقروءة اليا (فما)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سالم العمرات/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9789957003302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الفهرسة الوصفية/ الفهرسة/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