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الصوت اللغوي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عيسى واضح حميداني/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غيداء للنشر و 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9789957961237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علم الأصوات/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