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السيميائيات و التواصل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نور الدين رايص/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9789957709457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السيميائيات/ التواصل/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