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Profils de résistance aux  antibiotiques de klebsiella spp .isolées des hopitaux de la wilaya de bordj bou arreridj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zemmit yacine/ BOUCHEKRIT Moufida Présidente; BOUSBIAA Sabri Examinateur,BOUBENDIR Abdelhafid  Promoteur,/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57030811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AFC/ résistance aux antibiotiques/ klebsiella supp/ wilaya de bordj bou arreridj/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