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والطبيعة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التهامي الحايني/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الحروف العاملة/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