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في كتب لحن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باسم خيري خضير/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9789957593308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