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des alcaloides de hyoscyamus albus L.traité par des phytohormones sur l'activité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khiter khadidja/ Himour S.Président,Bouassaba K Examinateur,Yahia 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antibactérienne/ hyoscyamus albus L/ Accumulation alcaloidique/ Adénine/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