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stress oxydatif induit par le paracétamol (N- Acétyl - P-Aminophenol) chez un protiste d'eau douce (paramécium sp)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kerrouce fatima-zahra/ KALLAB Rabah Président; BOUNAMOUS Azzedine Examinateur,BOULASSEL Amina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toxicité/ paracétamol/ paraméciumsp/ stress oxydatif/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