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spatiale de la résistance aux antibiotiques de klebsiella pneumoniae selon la nature du prélévement dans l'hopital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Boudjemai chahrazad/ RABHI Nour El-Houda Présidente,HADEF Sawsen Examinatrice,BOUBENDIR Abdelhafid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AFC/ mila/ résistance aux antibiotiques/ K.pneumoiniae/ nature des prélèvements/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