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Proposition d'une approche , à base de web services , pour l'e-administration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habelhames abderrahim/ Mourad ATTIA &amp; Belkacem ISKHAR encadreur,Djaaboub salim Président,ZekioukMounira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services web/ l'administration électronique/ les gouvernement/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