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قاموس مختصرات اللغة الانجليزية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Said Al-Khawajah/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dar el 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قاموس/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