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صحراء الجزائر الكبرى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حفناوي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ثقافية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9789957127473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صحراء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