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بلاغة الغزل العدري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عدناني/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9789957745561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الصورة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