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المعمار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سهى فتحي نعجة/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9789957614263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