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موصليون شهادات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علي حسين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