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مسرح اللامعقول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خليل الوادي/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أمجد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9789957589844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المسرح/ مسرح اللامعقول/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