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مفاتيح القصيدة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بن احمد الفيفي/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