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سماح عبدالله الفران/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9789957590598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اليمن/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