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الجوارح ودلالاتها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عبد كنو علي الجواري/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9789957715113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إعجاز القرآن/ القرآن/ ألفاظ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