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مرايا نقدية في الشعر الفلسطيني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عبدالهادي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9789957226237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فلسطين/ النقد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