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سياسية في مواضيع ومسائل 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بن 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9789957791049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حوار الثقافات/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