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 للنص السير ذاتي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 الأدبي/ أسلوب الكتابة/ السيرة الذاتية/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