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علمية النحو العربي دراسة في كتاب التفكير العلمي لحسن خميس الملخ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سعاد/ مرباح عائشة/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التفكير العلمي/ حسن خميس الملخ/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